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לחגים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חגיגת חגים בפעם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על חג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כאן כל הרחוב חוגג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לאסטרונאוט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בארץ הקודמת חגגו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(🎉)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(🍯)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חגגתי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 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שם החג, פעולה אחת לפחות ומאכל אחד, משפטים פשוטים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חג ומאכל מתאים מהאוצר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הרגיש חלק מהמדינה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אוצר המילים עם התמונות לפני המעבר למשימות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בתרגילי ההתאמה וההשלמה לפני המשימות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וסיפור על ילד שחגג בפעם הראשונה את כל החגים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בפורים  ·  בחנוכה  ·  החג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בין חגיגת החגים כאן לבין הארץ הקודמת?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כאן כל הרחוב חוגג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כאן אין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כאן חוגגים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התחפש הכותב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לאסטרונאוט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חג הכי ריגש את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העצמאות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הכותב חגג את כל החגים בישראל בפעם הראשונה השנה.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בארץ הקודמת שלו חגגו ברחוב יחד עם כולם.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כל חלון בבניין היה מואר.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כל חלון בבניין היה מואר, וכל ערב אכלנו סופגנייה.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הכיתה שלנו עשתה מסיבה __________ ואני התחפשתי לאסטרונאוט.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שהכי ריגש אותי היה יום העצמאות.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🍯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🎉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חגגתי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חג מהארץ שממנה הגעתם - מה עושים בו? מה אוכלים?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חג אחד ומאכל שאוכלים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הרגיש הכותב ביום העצמאות?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