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חגיגת חגים בפעם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על חג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כאן כל הרחוב חוגג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לאסטרונאוט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יום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הזמינו לאכול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שחיכו הרבה שנים להיות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סופגנייה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בארץ הקודמת חגגו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הכיתה עשתה מסיבה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מסופר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(🎉)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(🍯)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(🎁)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(🕎)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חגגתי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 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שם החג, פעולה אחת לפחות ומאכל אחד, משפטים פשוטים וברורים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לפחות נקודת דמיון אחת ונקודת שוני אחת, המבוססות על הטקסט או על ניסיון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חג ומאכל מתאים מהאוצר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הרגיש חלק מהמדינה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אוצר המילים עם התמונות לפני המעבר למשימות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בתרגילי ההתאמה וההשלמה לפני המשימות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חגים. נקרא סיפור קצר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שחוגגים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וזמני שבונים בחג סוכות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האור, אוכלים בו סופגניות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תחפושת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מיוחדים שלובשים בפורים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שטוח שאוכלים בפסח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 עם צבעים שמסמל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שנותנים למישהו לשמחה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שגרים קרוב אלינו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חוגגים חגים בישראל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כאן כל הרחוב חוגג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כאן אין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כאן חוגגים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כאן חוגגים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לבש הכותב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לאסטרונאוט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חג היה הכי מיוחד בשבילו?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השכנים בחג 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הזמינו לאכול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דיברו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עזבו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נתנו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סבא אמר ליד הזיקוקים?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לא אוהב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שחיכו הרבה שנים להיות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צריך ללכת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זיקוקים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אכלו כל ערב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חגג את כל החגים בישראל בפעם הראשונה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הקודמת שלו חגגו ברחוב יחד עם 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כל חלון בבניין היה מואר.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שלו לא עשתה כלום בפורים.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הרגיש חלק מהמדינה ביום העצמאות.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שלו התחבק איתו ליד הזיקוקים.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כל חלון בבניין היה מואר, וכל ערב אכלנו סופגנייה.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הכיתה שלנו עשתה מסיבה __________ ואני התחפשתי לאסטרונאוט.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שהכי ריגש אותי היה יום העצמאות.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אוכלים __________ בחג הפסח במקום לחם רגיל.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__________ בונים בית קטן וזמני על המרפסת.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בחגיגות יום העצמאות רואים הרבה __________ עם הצבעים הלאומיים.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🎁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🍯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🕎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🎉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חגגתי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חג מהארץ שממנה הגעתם - מה עושים בו? מה אוכלים?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דברים דומים ושונים יש בין חגיגת חג בארץ הקודמת לבין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ומאכל שאוכלים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הרגיש הכותב ביום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בחנוכה כל ___ בבניין היה מואר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